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העשרה למתקדמים – 'החבר'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בניתוח אמינות המספר ובמשמעות הכינויים והשמות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ספרותי מובנה עם ראיות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חיבור טיעוני הבוחן את נושא הבושה מול העוני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רב-מלאך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לאאוגוסטו יש שם ולחבר 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עולה מדף ההעשרה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בשאלת ההעמקה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(דמות עם שם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(דמות המספרת, ללא 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(שינוי בתפקיד השירות בין האם לבן)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- מבנה לתשובה ספרותית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הבאת ראיה ראשונה (ציטוט קצר או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הבאת ראיה שנייה והסבר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לטעון שהיעדר השם מבליט שהמספר הוא כלי לספר על אאוגוסטו, שהוא במרכז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הנתמכת בנימוק מהסיפור, למשל תחושת אשמה עמוקה או רגע של הגזמה רגשית.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שהכותרת קשורה לנושא מרכזי כמו חברות, בושה או זהות, עם נימוק מתאים.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הכינוי 'רב-מלאך' וקישור לשינוי במבט או במעמד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שהמספר מציג נקודת מבט אישית וחלקית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לנמק בחירה בין בושה לעוני כגורם מרכזי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פתוח בכיתה לפני הכתיבה העצמאית, כדי לאסוף רעיונות לראיות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החיבור הטיעוני לשני שיעורים: תכנון ומבנה בשיעור אחד, כתיבה סופית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ו-match בלבד ולוותר על הכתיבה הארוכה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העשרה למתקדמים – 'החבר'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נעמיק בשאלות מורכבות על הסיפור 'החבר': אמינות המספר, משמעות הכינויים והשמות, והיחסים בין הדמויות. נתרגל גם כתיבת תשובה ספרותית מנומקת.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הכינוי שמקבל אאוגוסטו בתחילת הסיפור ובחנות?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רב-מלאך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הנסיך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המלך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למי מבין הדמויות יש שם בסיפור, ולמי אין?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לחבר יש שם ולאאוגוסטו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לאאוגוסטו יש שם ולחבר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לשניהם יש 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לחבר (המספר) אין שם בסיפור, בניגוד לאאוגוסטו.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הכינוי 'רב-מלאך' מופיע גם בתחילת הסיפור וגם בחנות.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דמות המספרת, ללא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שינוי בתפקיד השירות בין האם לבן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היפוך יחסים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דמות עם שם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- מבנה לתשובה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הבאת ראיה שנייה והסבר נוסף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טענה ברורה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הבאת ראיה ראשונה (ציטוט קצר או תיאור)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מדוע, לדעתכם, לחבר אין שם בסיפור ואילו לאאוגוסטו 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את הביטוי 'מוכן לשבת במקומו' - הגזמה או ביטוי כן לאשמה?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הציעו כותרת חלופית לסיפור ונמקו איזה נושא היא מדגישה (כ-4 שורות).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הכינוי שניתן לאאוגוסטו ומה הוא עשוי לרמז?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ייתכן שהחבר, המספר, אינו מהימן לגמרי?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העשרה למתקדמים – 'החבר'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