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העשרה למתקדמים – 'החבר'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בניתוח אמינות המספר ובמשמעות הכינויים והשמות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ספרותי מובנה עם ראיות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חיבור טיעוני הבוחן את נושא הבושה מול העוני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לאאוגוסטו יש שם ולחבר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מהימנות התמונה שהוא מציג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מוכן לשבת במקומו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הבושה מול העוני כגורם לפירוק החברות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עולה מדף ההעשרה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מבקש לבחון את הטענה ולהביא ראיות, לא קובע מסקנה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בשאלת ההעמקה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נשאלת שאלה על היפוך היחסים בין האם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במבנה המוצע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(כינוי שמעורר שאלה על נפילה או שינוי מבט)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(דמות עם שם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(דמות המספרת, ללא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(רגש שנבחן כסיבה אפשרית לפירוק החברות)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(שינוי בתפקיד השירות בין האם לבן)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מבנה לתשובה ספרותית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הבאת ראיה ראשונה (ציטוט קצר או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כיצד הראיה מוכיחה את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הבאת ראיה שנייה והסבר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מסקנה על משמעות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המספר מתאר הכל מנקודת מבטו בלבד, ויתכן שהוא מסתיר רגשות אשמה או מציג את עצמו באור חיובי.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לטעון שהיעדר השם מבליט שהמספר הוא כלי לספר על אאוגוסטו, שהוא במרכז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הנתמכת בנימוק מהסיפור, למשל תחושת אשמה עמוקה או רגע של הגזמה רגשית.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שהכותרת קשורה לנושא מרכזי כמו חברות, בושה או זהות, עם נימוק מתאים.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מבנה ברור: טענה, שתי ראיות עם הסברים, ומסקנה; טיעון עקבי עם דוגמאות מהסיפור.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הכינוי 'רב-מלאך' וקישור לשינוי במבט או במעמד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שהמספר מציג נקודת מבט אישית וחלקית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לנמק בחירה בין בושה לעוני כגורם מרכזי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פתוח בכיתה לפני הכתיבה העצמאית, כדי לאסוף רעיונות לראיות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החיבור הטיעוני לשני שיעורים: תכנון ומבנה בשיעור אחד, כתיבה סופית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ו-match בלבד ולוותר על הכתיבה הארוכה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העשרה למתקדמים – 'החבר'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נעמיק בשאלות מורכבות על הסיפור 'החבר': אמינות המספר, משמעות הכינויים והשמות, והיחסים בין הדמויות. נתרגל גם כתיבת תשובה ספרותית מנומקת.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הכינוי שמקבל אאוגוסטו בתחילת הסיפור ובחנות?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רב-מלאך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הנסיך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המלך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האריה האמיץ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מבין הדמויות יש שם בסיפור, ולמי אין?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יש שם ולאאוגוסטו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לאאוגוסטו יש שם ולחבר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לשניהם יש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 אין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איזו תכונה של המספר מתמקדות שאלות ההעמקה?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הדיבור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מהימנות התמונה שהוא מציג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השפה שבה הוא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הביטוי שנבחן בשאלת ההעמקה ביחס לאשמה?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מוכן לשבת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רוצה לברוח מהעיר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אוהב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שונא את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הנושא המרכזי שנבחן בחיבור הטיעוני המוצע?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הבושה מול העוני כגורם לפירוק החברות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האהבה לספורט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היחס לבעלי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חשיבות הנסיעות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(המספר) אין שם בסיפור, בניגוד לאאוגוסטו.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ההעמקה קובעות בוודאות שאי אפשר לסמוך על המספר.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הכינוי 'רב-מלאך' מופיע גם בתחילת הסיפור וגם בחנות.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שאלות ההעמקה, היחסים בין האם לבן בסיפור חד-כיווניים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המבנה המוצע לתשובה ספרותית כולל טענה, שתי ראיות עם הסברים ומסקנה.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רב-מלאך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דמות עם שם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רגש שנבחן כסיבה אפשרית לפירוק החברות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כינוי שמעורר שאלה על נפילה או שינוי מבט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שינוי בתפקיד השירות בין האם 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היפוך יחסים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המספרת, ללא 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- מבנה לתשובה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כיצד הראיה מוכיחה את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ראיה שנייה והסבר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מסקנה על משמעות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טענה ברורה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ראיה ראשונה (ציטוט קצר או תיאור)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הביאו שתי ראיות לכך שהתמונה שמציג המספר עשויה להיות חלקית או מוטה.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מדוע, לדעתכם, לחבר אין שם בסיפור ואילו לאאוגוסטו 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הביטוי 'מוכן לשבת במקומו' - הגזמה או ביטוי כן לאשמה?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כותרת חלופית לסיפור ונמקו איזה נושא היא מדגישה (כ-4 שורות).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חיבור טיעוני קצר (כעמוד) על הטענה: הבושה, ולא העוני, היא שמפרקת את החברות. השתמשו במבנה: טענה, שתי ראיות עם הסברים, ומסקנה.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הכינוי שניתן לאאוגוסטו ומה הוא עשוי לרמז?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ייתכן שהחבר, המספר, אינו מהימן לגמרי?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הנושא שבחרתם לבדוק בחיבור הטיעוני,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העשרה למתקדמים – 'החבר'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